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征地拆迁社会稳定风险评估调查问卷（模板）</w:t>
      </w:r>
    </w:p>
    <w:p>
      <w:r>
        <w:rPr>
          <w:rFonts w:ascii="宋体" w:hAnsi="宋体"/>
          <w:color w:val="777777"/>
          <w:sz w:val="18"/>
        </w:rPr>
        <w:t>用于入户调查与座谈，可直接打印使用 · 中撰咨询</w:t>
      </w:r>
    </w:p>
    <w:p>
      <w:pPr>
        <w:pStyle w:val="Heading2"/>
      </w:pPr>
      <w:r>
        <w:t>一、受访人基本信息</w:t>
      </w:r>
    </w:p>
    <w:p>
      <w:r>
        <w:rPr>
          <w:rFonts w:ascii="宋体" w:hAnsi="宋体"/>
          <w:b/>
          <w:sz w:val="21"/>
        </w:rPr>
        <w:t>记录：</w:t>
      </w:r>
      <w:r>
        <w:rPr>
          <w:rFonts w:ascii="宋体" w:hAnsi="宋体"/>
          <w:sz w:val="21"/>
        </w:rPr>
        <w:t>姓名、性别、年龄、文化程度、家庭人口、承包地面积、房屋面积、主要收入来源、是否外出务工。（匿名编号替代姓名，便于统计又保护隐私）</w:t>
      </w:r>
    </w:p>
    <w:p>
      <w:pPr>
        <w:pStyle w:val="Heading2"/>
      </w:pPr>
      <w:r>
        <w:t>二、对项目的知晓程度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907"/>
          </w:tcPr>
          <w:p>
            <w:r>
              <w:rPr>
                <w:rFonts w:ascii="宋体" w:hAnsi="宋体"/>
                <w:b/>
                <w:sz w:val="18"/>
              </w:rPr>
              <w:t>题号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b/>
                <w:sz w:val="18"/>
              </w:rPr>
              <w:t>问题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b/>
                <w:sz w:val="18"/>
              </w:rPr>
              <w:t>选项</w:t>
            </w:r>
          </w:p>
        </w:tc>
      </w:tr>
      <w:tr>
        <w:tc>
          <w:tcPr>
            <w:tcW w:type="dxa" w:w="907"/>
          </w:tcPr>
          <w:p>
            <w:r>
              <w:rPr>
                <w:rFonts w:ascii="宋体" w:hAnsi="宋体"/>
                <w:sz w:val="18"/>
              </w:rPr>
              <w:t>Q1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sz w:val="18"/>
              </w:rPr>
              <w:t>您是否知道本地要建该项目？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很清楚 / 听说过 / 不知道</w:t>
            </w:r>
          </w:p>
        </w:tc>
      </w:tr>
      <w:tr>
        <w:tc>
          <w:tcPr>
            <w:tcW w:type="dxa" w:w="907"/>
          </w:tcPr>
          <w:p>
            <w:r>
              <w:rPr>
                <w:rFonts w:ascii="宋体" w:hAnsi="宋体"/>
                <w:sz w:val="18"/>
              </w:rPr>
              <w:t>Q2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sz w:val="18"/>
              </w:rPr>
              <w:t>您通过什么渠道了解的？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村委通知 / 公示 / 邻居 / 施工队 / 其他</w:t>
            </w:r>
          </w:p>
        </w:tc>
      </w:tr>
      <w:tr>
        <w:tc>
          <w:tcPr>
            <w:tcW w:type="dxa" w:w="907"/>
          </w:tcPr>
          <w:p>
            <w:r>
              <w:rPr>
                <w:rFonts w:ascii="宋体" w:hAnsi="宋体"/>
                <w:sz w:val="18"/>
              </w:rPr>
              <w:t>Q3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sz w:val="18"/>
              </w:rPr>
              <w:t>您是否参加过项目相关的说明会或座谈？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参加过 / 没参加 / 想参加没通知</w:t>
            </w:r>
          </w:p>
        </w:tc>
      </w:tr>
    </w:tbl>
    <w:p>
      <w:pPr>
        <w:pStyle w:val="Heading2"/>
      </w:pPr>
      <w:r>
        <w:t>三、对征收补偿的态度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907"/>
          </w:tcPr>
          <w:p>
            <w:r>
              <w:rPr>
                <w:rFonts w:ascii="宋体" w:hAnsi="宋体"/>
                <w:b/>
                <w:sz w:val="18"/>
              </w:rPr>
              <w:t>题号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b/>
                <w:sz w:val="18"/>
              </w:rPr>
              <w:t>问题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b/>
                <w:sz w:val="18"/>
              </w:rPr>
              <w:t>记录方式</w:t>
            </w:r>
          </w:p>
        </w:tc>
      </w:tr>
      <w:tr>
        <w:tc>
          <w:tcPr>
            <w:tcW w:type="dxa" w:w="907"/>
          </w:tcPr>
          <w:p>
            <w:r>
              <w:rPr>
                <w:rFonts w:ascii="宋体" w:hAnsi="宋体"/>
                <w:sz w:val="18"/>
              </w:rPr>
              <w:t>Q4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sz w:val="18"/>
              </w:rPr>
              <w:t>您被征用的土地/房屋面积是多少？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填数值，注明权属</w:t>
            </w:r>
          </w:p>
        </w:tc>
      </w:tr>
      <w:tr>
        <w:tc>
          <w:tcPr>
            <w:tcW w:type="dxa" w:w="907"/>
          </w:tcPr>
          <w:p>
            <w:r>
              <w:rPr>
                <w:rFonts w:ascii="宋体" w:hAnsi="宋体"/>
                <w:sz w:val="18"/>
              </w:rPr>
              <w:t>Q5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sz w:val="18"/>
              </w:rPr>
              <w:t>补偿标准您是否清楚？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清楚 / 大概知道 / 不清楚</w:t>
            </w:r>
          </w:p>
        </w:tc>
      </w:tr>
      <w:tr>
        <w:tc>
          <w:tcPr>
            <w:tcW w:type="dxa" w:w="907"/>
          </w:tcPr>
          <w:p>
            <w:r>
              <w:rPr>
                <w:rFonts w:ascii="宋体" w:hAnsi="宋体"/>
                <w:sz w:val="18"/>
              </w:rPr>
              <w:t>Q6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sz w:val="18"/>
              </w:rPr>
              <w:t>您认为现行补偿标准是否合理？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合理 / 偏低 / 太低，请说明</w:t>
            </w:r>
          </w:p>
        </w:tc>
      </w:tr>
      <w:tr>
        <w:tc>
          <w:tcPr>
            <w:tcW w:type="dxa" w:w="907"/>
          </w:tcPr>
          <w:p>
            <w:r>
              <w:rPr>
                <w:rFonts w:ascii="宋体" w:hAnsi="宋体"/>
                <w:sz w:val="18"/>
              </w:rPr>
              <w:t>Q7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sz w:val="18"/>
              </w:rPr>
              <w:t>您希望的安置方式是？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货币安置 / 产权调换 / 社保安置 / 就业安置</w:t>
            </w:r>
          </w:p>
        </w:tc>
      </w:tr>
      <w:tr>
        <w:tc>
          <w:tcPr>
            <w:tcW w:type="dxa" w:w="907"/>
          </w:tcPr>
          <w:p>
            <w:r>
              <w:rPr>
                <w:rFonts w:ascii="宋体" w:hAnsi="宋体"/>
                <w:sz w:val="18"/>
              </w:rPr>
              <w:t>Q8</w:t>
            </w:r>
          </w:p>
        </w:tc>
        <w:tc>
          <w:tcPr>
            <w:tcW w:type="dxa" w:w="4762"/>
          </w:tcPr>
          <w:p>
            <w:r>
              <w:rPr>
                <w:rFonts w:ascii="宋体" w:hAnsi="宋体"/>
                <w:sz w:val="18"/>
              </w:rPr>
              <w:t>安置房位置与交付时间您是否满意？</w:t>
            </w:r>
          </w:p>
        </w:tc>
        <w:tc>
          <w:tcPr>
            <w:tcW w:type="dxa" w:w="3628"/>
          </w:tcPr>
          <w:p>
            <w:r>
              <w:rPr>
                <w:rFonts w:ascii="宋体" w:hAnsi="宋体"/>
                <w:sz w:val="18"/>
              </w:rPr>
              <w:t>满意 / 一般 / 不满意，说明原因</w:t>
            </w:r>
          </w:p>
        </w:tc>
      </w:tr>
    </w:tbl>
    <w:p>
      <w:pPr>
        <w:pStyle w:val="Heading2"/>
      </w:pPr>
      <w:r>
        <w:t>四、主要顾虑与诉求（开放题，必问）</w:t>
      </w:r>
    </w:p>
    <w:p>
      <w:r>
        <w:rPr>
          <w:rFonts w:ascii="宋体" w:hAnsi="宋体"/>
          <w:b/>
          <w:sz w:val="21"/>
        </w:rPr>
        <w:t>Q9</w:t>
      </w:r>
      <w:r>
        <w:rPr>
          <w:rFonts w:ascii="宋体" w:hAnsi="宋体"/>
          <w:sz w:val="21"/>
        </w:rPr>
        <w:t>您最担心的问题是什么？（提示方向：补偿金额、安置房质量与交付、失地后生计、子女上学、社保、施工噪音与扬尘、通行影响）</w:t>
      </w:r>
    </w:p>
    <w:p>
      <w:r>
        <w:rPr>
          <w:rFonts w:ascii="宋体" w:hAnsi="宋体"/>
          <w:b/>
          <w:sz w:val="21"/>
        </w:rPr>
        <w:t>Q10</w:t>
      </w:r>
      <w:r>
        <w:rPr>
          <w:rFonts w:ascii="宋体" w:hAnsi="宋体"/>
          <w:sz w:val="21"/>
        </w:rPr>
        <w:t>如果项目开工，您希望政府或建设单位先解决哪一件事？</w:t>
      </w:r>
    </w:p>
    <w:p>
      <w:r>
        <w:rPr>
          <w:rFonts w:ascii="宋体" w:hAnsi="宋体"/>
          <w:b/>
          <w:sz w:val="21"/>
        </w:rPr>
        <w:t>Q11</w:t>
      </w:r>
      <w:r>
        <w:rPr>
          <w:rFonts w:ascii="宋体" w:hAnsi="宋体"/>
          <w:sz w:val="21"/>
        </w:rPr>
        <w:t>您对项目本身是支持、无所谓还是反对？为什么？</w:t>
      </w:r>
    </w:p>
    <w:p>
      <w:pPr>
        <w:pStyle w:val="Heading2"/>
      </w:pPr>
      <w:r>
        <w:t>五、调查实施要领</w:t>
      </w:r>
    </w:p>
    <w:p>
      <w:r>
        <w:rPr>
          <w:rFonts w:ascii="宋体" w:hAnsi="宋体"/>
          <w:b/>
          <w:sz w:val="21"/>
        </w:rPr>
        <w:t>抽样：</w:t>
      </w:r>
      <w:r>
        <w:rPr>
          <w:rFonts w:ascii="宋体" w:hAnsi="宋体"/>
          <w:sz w:val="21"/>
        </w:rPr>
        <w:t>按征地范围分片抽样，覆盖每一村民小组，样本量不低于涉及户数的 30%，且不少于 100 份。</w:t>
      </w:r>
    </w:p>
    <w:p>
      <w:r>
        <w:rPr>
          <w:rFonts w:ascii="宋体" w:hAnsi="宋体"/>
          <w:b/>
          <w:sz w:val="21"/>
        </w:rPr>
        <w:t>记录：</w:t>
      </w:r>
      <w:r>
        <w:rPr>
          <w:rFonts w:ascii="宋体" w:hAnsi="宋体"/>
          <w:sz w:val="21"/>
        </w:rPr>
        <w:t>问卷当场回收，附调查员签字与日期；反对意见单独整理成清单，不得合并或淡化。</w:t>
      </w:r>
    </w:p>
    <w:p>
      <w:r>
        <w:rPr>
          <w:rFonts w:ascii="宋体" w:hAnsi="宋体"/>
          <w:b/>
          <w:sz w:val="21"/>
        </w:rPr>
        <w:t>统计：</w:t>
      </w:r>
      <w:r>
        <w:rPr>
          <w:rFonts w:ascii="宋体" w:hAnsi="宋体"/>
          <w:sz w:val="21"/>
        </w:rPr>
        <w:t>按“支持/中立/反对”三类统计比例，反对理由归类，作为风险等级判定的直接依据。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